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36904" w14:textId="77777777" w:rsidR="00A01937" w:rsidRDefault="00A01937" w:rsidP="00A01937">
      <w:pPr>
        <w:jc w:val="center"/>
      </w:pPr>
      <w:r>
        <w:rPr>
          <w:noProof/>
          <w:lang w:eastAsia="it-IT"/>
        </w:rPr>
        <w:drawing>
          <wp:inline distT="0" distB="0" distL="0" distR="0" wp14:anchorId="1D2AEFAE" wp14:editId="133999FD">
            <wp:extent cx="900675" cy="1112808"/>
            <wp:effectExtent l="0" t="0" r="0" b="0"/>
            <wp:docPr id="1" name="Immagine 0" descr="logo di mandas 1-1 (1)-PhotoRoom.png-PhotoRoom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i mandas 1-1 (1)-PhotoRoom.png-PhotoRoom (1)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914" cy="111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08B54" w14:textId="77777777" w:rsidR="00A01937" w:rsidRPr="0091423E" w:rsidRDefault="00A01937" w:rsidP="00A01937">
      <w:pPr>
        <w:spacing w:after="0" w:line="400" w:lineRule="exact"/>
        <w:jc w:val="center"/>
        <w:rPr>
          <w:rFonts w:ascii="Garamond" w:hAnsi="Garamond"/>
          <w:sz w:val="36"/>
          <w:szCs w:val="36"/>
        </w:rPr>
      </w:pPr>
      <w:r w:rsidRPr="0091423E">
        <w:rPr>
          <w:rFonts w:ascii="Garamond" w:hAnsi="Garamond"/>
          <w:sz w:val="36"/>
          <w:szCs w:val="36"/>
        </w:rPr>
        <w:t xml:space="preserve">COMUNE DI MANDAS </w:t>
      </w:r>
    </w:p>
    <w:p w14:paraId="183DFD4B" w14:textId="77777777" w:rsidR="00A01937" w:rsidRPr="0091423E" w:rsidRDefault="00A01937" w:rsidP="00A01937">
      <w:pPr>
        <w:spacing w:after="0" w:line="240" w:lineRule="exact"/>
        <w:jc w:val="center"/>
        <w:rPr>
          <w:rFonts w:ascii="Garamond" w:hAnsi="Garamond"/>
          <w:sz w:val="20"/>
          <w:szCs w:val="20"/>
        </w:rPr>
      </w:pPr>
      <w:r w:rsidRPr="0091423E">
        <w:rPr>
          <w:rFonts w:ascii="Garamond" w:hAnsi="Garamond"/>
          <w:sz w:val="20"/>
          <w:szCs w:val="20"/>
        </w:rPr>
        <w:t xml:space="preserve">Città Metropolitana di Cagliari </w:t>
      </w:r>
    </w:p>
    <w:p w14:paraId="6FAD52B8" w14:textId="77777777" w:rsidR="00A01937" w:rsidRDefault="00A01937">
      <w:pPr>
        <w:pStyle w:val="Titolo"/>
        <w:jc w:val="center"/>
      </w:pPr>
    </w:p>
    <w:p w14:paraId="5D27376E" w14:textId="3AA8901C" w:rsidR="0091654A" w:rsidRPr="00A01937" w:rsidRDefault="009712B1">
      <w:pPr>
        <w:pStyle w:val="Titolo"/>
        <w:jc w:val="center"/>
        <w:rPr>
          <w:rFonts w:ascii="Adobe Devanagari" w:hAnsi="Adobe Devanagari" w:cs="Adobe Devanagari"/>
          <w:color w:val="auto"/>
          <w:sz w:val="24"/>
          <w:szCs w:val="24"/>
        </w:rPr>
      </w:pPr>
      <w:r w:rsidRPr="00A01937">
        <w:rPr>
          <w:rFonts w:ascii="Adobe Devanagari" w:hAnsi="Adobe Devanagari" w:cs="Adobe Devanagari"/>
          <w:color w:val="auto"/>
          <w:sz w:val="24"/>
          <w:szCs w:val="24"/>
        </w:rPr>
        <w:t>DOMANDA DI PARTECIPAZIONE - ANNUALITÀ 2026</w:t>
      </w:r>
    </w:p>
    <w:p w14:paraId="44866B2D" w14:textId="77777777" w:rsidR="0091654A" w:rsidRDefault="009712B1" w:rsidP="00A01937">
      <w:pPr>
        <w:jc w:val="center"/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Adobe Devanagari" w:hAnsi="Adobe Devanagari" w:cs="Adobe Devanagari"/>
          <w:sz w:val="24"/>
          <w:szCs w:val="24"/>
        </w:rPr>
        <w:t>L.R. 9 marzo 2022, n. 3, art. 13, comma 2, lett. b) - Contributi prima casa</w:t>
      </w:r>
    </w:p>
    <w:p w14:paraId="7D5CB71C" w14:textId="77777777" w:rsidR="00A01937" w:rsidRPr="00A01937" w:rsidRDefault="00A01937" w:rsidP="00A01937">
      <w:pPr>
        <w:jc w:val="center"/>
        <w:rPr>
          <w:rFonts w:ascii="Adobe Devanagari" w:hAnsi="Adobe Devanagari" w:cs="Adobe Devanagari"/>
          <w:sz w:val="24"/>
          <w:szCs w:val="24"/>
        </w:rPr>
      </w:pPr>
    </w:p>
    <w:p w14:paraId="73CA6C9E" w14:textId="38509067" w:rsidR="0091654A" w:rsidRDefault="009712B1" w:rsidP="00A01937">
      <w:pPr>
        <w:jc w:val="right"/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Adobe Devanagari" w:hAnsi="Adobe Devanagari" w:cs="Adobe Devanagari"/>
          <w:sz w:val="24"/>
          <w:szCs w:val="24"/>
        </w:rPr>
        <w:t xml:space="preserve">Al Comune di Mandas </w:t>
      </w:r>
      <w:r w:rsidR="00A01937">
        <w:rPr>
          <w:rFonts w:ascii="Adobe Devanagari" w:hAnsi="Adobe Devanagari" w:cs="Adobe Devanagari"/>
          <w:sz w:val="24"/>
          <w:szCs w:val="24"/>
        </w:rPr>
        <w:t>–</w:t>
      </w:r>
      <w:r w:rsidRPr="00A01937">
        <w:rPr>
          <w:rFonts w:ascii="Adobe Devanagari" w:hAnsi="Adobe Devanagari" w:cs="Adobe Devanagari"/>
          <w:sz w:val="24"/>
          <w:szCs w:val="24"/>
        </w:rPr>
        <w:t xml:space="preserve"> Area Tecnica</w:t>
      </w:r>
    </w:p>
    <w:p w14:paraId="6493B150" w14:textId="77777777" w:rsidR="00A01937" w:rsidRPr="00A01937" w:rsidRDefault="00A01937" w:rsidP="00A01937">
      <w:pPr>
        <w:jc w:val="right"/>
        <w:rPr>
          <w:rFonts w:ascii="Adobe Devanagari" w:hAnsi="Adobe Devanagari" w:cs="Adobe Devanagari"/>
          <w:sz w:val="24"/>
          <w:szCs w:val="24"/>
        </w:rPr>
      </w:pPr>
    </w:p>
    <w:p w14:paraId="37B5F058" w14:textId="77777777" w:rsidR="0091654A" w:rsidRPr="00A01937" w:rsidRDefault="009712B1" w:rsidP="00A01937">
      <w:pPr>
        <w:jc w:val="both"/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Adobe Devanagari" w:hAnsi="Adobe Devanagari" w:cs="Adobe Devanagari"/>
          <w:sz w:val="24"/>
          <w:szCs w:val="24"/>
        </w:rPr>
        <w:t>Il/La sottoscritto/a __________________________________________, nato/a a __________________________ il ___/___/____, C.F. ____________________________, residente in __________________________, via __________________________ n. ___, telefono __________________, e-mail/PEC ______________________________,</w:t>
      </w:r>
    </w:p>
    <w:p w14:paraId="59D23F0D" w14:textId="77777777" w:rsidR="0091654A" w:rsidRPr="00A01937" w:rsidRDefault="009712B1" w:rsidP="00A01937">
      <w:pPr>
        <w:pStyle w:val="Titolo1"/>
        <w:jc w:val="center"/>
        <w:rPr>
          <w:rFonts w:ascii="Adobe Devanagari" w:hAnsi="Adobe Devanagari" w:cs="Adobe Devanagari"/>
          <w:color w:val="auto"/>
          <w:szCs w:val="24"/>
        </w:rPr>
      </w:pPr>
      <w:r w:rsidRPr="00A01937">
        <w:rPr>
          <w:rFonts w:ascii="Adobe Devanagari" w:hAnsi="Adobe Devanagari" w:cs="Adobe Devanagari"/>
          <w:color w:val="auto"/>
          <w:szCs w:val="24"/>
        </w:rPr>
        <w:t>CHIEDE</w:t>
      </w:r>
    </w:p>
    <w:p w14:paraId="71C9C2D1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Adobe Devanagari" w:hAnsi="Adobe Devanagari" w:cs="Adobe Devanagari"/>
          <w:sz w:val="24"/>
          <w:szCs w:val="24"/>
        </w:rPr>
        <w:t>di partecipare al bando annualità 2026 per la concessione del contributo a fondo perduto per:</w:t>
      </w:r>
    </w:p>
    <w:p w14:paraId="6443B7BF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Segoe UI Symbol" w:hAnsi="Segoe UI Symbol" w:cs="Segoe UI Symbol"/>
          <w:sz w:val="24"/>
          <w:szCs w:val="24"/>
        </w:rPr>
        <w:t>☐</w:t>
      </w:r>
      <w:r w:rsidRPr="00A01937">
        <w:rPr>
          <w:rFonts w:ascii="Adobe Devanagari" w:hAnsi="Adobe Devanagari" w:cs="Adobe Devanagari"/>
          <w:sz w:val="24"/>
          <w:szCs w:val="24"/>
        </w:rPr>
        <w:t xml:space="preserve"> acquisto della prima casa</w:t>
      </w:r>
    </w:p>
    <w:p w14:paraId="14ED02EA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Segoe UI Symbol" w:hAnsi="Segoe UI Symbol" w:cs="Segoe UI Symbol"/>
          <w:sz w:val="24"/>
          <w:szCs w:val="24"/>
        </w:rPr>
        <w:t>☐</w:t>
      </w:r>
      <w:r w:rsidRPr="00A01937">
        <w:rPr>
          <w:rFonts w:ascii="Adobe Devanagari" w:hAnsi="Adobe Devanagari" w:cs="Adobe Devanagari"/>
          <w:sz w:val="24"/>
          <w:szCs w:val="24"/>
        </w:rPr>
        <w:t xml:space="preserve"> ristrutturazione edilizia</w:t>
      </w:r>
    </w:p>
    <w:p w14:paraId="63958D64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Segoe UI Symbol" w:hAnsi="Segoe UI Symbol" w:cs="Segoe UI Symbol"/>
          <w:sz w:val="24"/>
          <w:szCs w:val="24"/>
        </w:rPr>
        <w:t>☐</w:t>
      </w:r>
      <w:r w:rsidRPr="00A01937">
        <w:rPr>
          <w:rFonts w:ascii="Adobe Devanagari" w:hAnsi="Adobe Devanagari" w:cs="Adobe Devanagari"/>
          <w:sz w:val="24"/>
          <w:szCs w:val="24"/>
        </w:rPr>
        <w:t xml:space="preserve"> restauro e risanamento conservativo</w:t>
      </w:r>
    </w:p>
    <w:p w14:paraId="7B5E32FB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Segoe UI Symbol" w:hAnsi="Segoe UI Symbol" w:cs="Segoe UI Symbol"/>
          <w:sz w:val="24"/>
          <w:szCs w:val="24"/>
        </w:rPr>
        <w:t>☐</w:t>
      </w:r>
      <w:r w:rsidRPr="00A01937">
        <w:rPr>
          <w:rFonts w:ascii="Adobe Devanagari" w:hAnsi="Adobe Devanagari" w:cs="Adobe Devanagari"/>
          <w:sz w:val="24"/>
          <w:szCs w:val="24"/>
        </w:rPr>
        <w:t xml:space="preserve"> acquisto con contestuale ristrutturazione/restauro e risanamento conservativo</w:t>
      </w:r>
    </w:p>
    <w:p w14:paraId="67D6B879" w14:textId="77777777" w:rsidR="0091654A" w:rsidRPr="00A01937" w:rsidRDefault="009712B1">
      <w:pPr>
        <w:pStyle w:val="Titolo1"/>
        <w:rPr>
          <w:rFonts w:ascii="Adobe Devanagari" w:hAnsi="Adobe Devanagari" w:cs="Adobe Devanagari"/>
          <w:color w:val="auto"/>
          <w:szCs w:val="24"/>
        </w:rPr>
      </w:pPr>
      <w:r w:rsidRPr="00A01937">
        <w:rPr>
          <w:rFonts w:ascii="Adobe Devanagari" w:hAnsi="Adobe Devanagari" w:cs="Adobe Devanagari"/>
          <w:color w:val="auto"/>
          <w:szCs w:val="24"/>
        </w:rPr>
        <w:t>IMMOBILE</w:t>
      </w:r>
    </w:p>
    <w:p w14:paraId="336FEC60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Adobe Devanagari" w:hAnsi="Adobe Devanagari" w:cs="Adobe Devanagari"/>
          <w:sz w:val="24"/>
          <w:szCs w:val="24"/>
        </w:rPr>
        <w:t>Ubicazione: Mandas, via/piazza __________________________________ n. ___</w:t>
      </w:r>
    </w:p>
    <w:p w14:paraId="67CBE05C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Adobe Devanagari" w:hAnsi="Adobe Devanagari" w:cs="Adobe Devanagari"/>
          <w:sz w:val="24"/>
          <w:szCs w:val="24"/>
        </w:rPr>
        <w:t>Dati catastali: Foglio ______ Mappale ______ Sub. ______ Categoria ______</w:t>
      </w:r>
    </w:p>
    <w:p w14:paraId="136B2030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Adobe Devanagari" w:hAnsi="Adobe Devanagari" w:cs="Adobe Devanagari"/>
          <w:sz w:val="24"/>
          <w:szCs w:val="24"/>
        </w:rPr>
        <w:t>Importo complessivo della spesa prevista/sostenuta: € ____________________</w:t>
      </w:r>
    </w:p>
    <w:p w14:paraId="0FBE8118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Adobe Devanagari" w:hAnsi="Adobe Devanagari" w:cs="Adobe Devanagari"/>
          <w:sz w:val="24"/>
          <w:szCs w:val="24"/>
        </w:rPr>
        <w:t>Contributo richiesto: € ____________________ (massimo 50% della spesa e comunque non oltre € 15.000,00, tenuto conto di eventuali contributi già percepiti dal nucleo).</w:t>
      </w:r>
    </w:p>
    <w:p w14:paraId="1A6B3D47" w14:textId="77777777" w:rsidR="0091654A" w:rsidRPr="00A01937" w:rsidRDefault="009712B1">
      <w:pPr>
        <w:pStyle w:val="Titolo1"/>
        <w:rPr>
          <w:rFonts w:ascii="Adobe Devanagari" w:hAnsi="Adobe Devanagari" w:cs="Adobe Devanagari"/>
          <w:color w:val="auto"/>
          <w:szCs w:val="24"/>
        </w:rPr>
      </w:pPr>
      <w:r w:rsidRPr="00A01937">
        <w:rPr>
          <w:rFonts w:ascii="Adobe Devanagari" w:hAnsi="Adobe Devanagari" w:cs="Adobe Devanagari"/>
          <w:color w:val="auto"/>
          <w:szCs w:val="24"/>
        </w:rPr>
        <w:lastRenderedPageBreak/>
        <w:t>DICHIARAZIONI AI SENSI DEL D.P.R. 445/2000</w:t>
      </w:r>
    </w:p>
    <w:p w14:paraId="1F1A922E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Segoe UI Symbol" w:hAnsi="Segoe UI Symbol" w:cs="Segoe UI Symbol"/>
          <w:sz w:val="24"/>
          <w:szCs w:val="24"/>
        </w:rPr>
        <w:t>☐</w:t>
      </w:r>
      <w:r w:rsidRPr="00A01937">
        <w:rPr>
          <w:rFonts w:ascii="Adobe Devanagari" w:hAnsi="Adobe Devanagari" w:cs="Adobe Devanagari"/>
          <w:sz w:val="24"/>
          <w:szCs w:val="24"/>
        </w:rPr>
        <w:t xml:space="preserve"> di essere maggiorenne e in possesso dei requisiti di cittadinanza/soggiorno previsti dal bando;</w:t>
      </w:r>
    </w:p>
    <w:p w14:paraId="5966A9D4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Segoe UI Symbol" w:hAnsi="Segoe UI Symbol" w:cs="Segoe UI Symbol"/>
          <w:sz w:val="24"/>
          <w:szCs w:val="24"/>
        </w:rPr>
        <w:t>☐</w:t>
      </w:r>
      <w:r w:rsidRPr="00A01937">
        <w:rPr>
          <w:rFonts w:ascii="Adobe Devanagari" w:hAnsi="Adobe Devanagari" w:cs="Adobe Devanagari"/>
          <w:sz w:val="24"/>
          <w:szCs w:val="24"/>
        </w:rPr>
        <w:t xml:space="preserve"> di possedere i requisiti relativi alla residenza nei piccoli Comuni previsti dalla disciplina regionale;</w:t>
      </w:r>
    </w:p>
    <w:p w14:paraId="528E0FEB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Segoe UI Symbol" w:hAnsi="Segoe UI Symbol" w:cs="Segoe UI Symbol"/>
          <w:sz w:val="24"/>
          <w:szCs w:val="24"/>
        </w:rPr>
        <w:t>☐</w:t>
      </w:r>
      <w:r w:rsidRPr="00A01937">
        <w:rPr>
          <w:rFonts w:ascii="Adobe Devanagari" w:hAnsi="Adobe Devanagari" w:cs="Adobe Devanagari"/>
          <w:sz w:val="24"/>
          <w:szCs w:val="24"/>
        </w:rPr>
        <w:t xml:space="preserve"> che il richiedente e gli altri componenti del nucleo non hanno già beneficiato del contributo oltre il limite massimo complessivo previsto;</w:t>
      </w:r>
    </w:p>
    <w:p w14:paraId="2F058569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Segoe UI Symbol" w:hAnsi="Segoe UI Symbol" w:cs="Segoe UI Symbol"/>
          <w:sz w:val="24"/>
          <w:szCs w:val="24"/>
        </w:rPr>
        <w:t>☐</w:t>
      </w:r>
      <w:r w:rsidRPr="00A01937">
        <w:rPr>
          <w:rFonts w:ascii="Adobe Devanagari" w:hAnsi="Adobe Devanagari" w:cs="Adobe Devanagari"/>
          <w:sz w:val="24"/>
          <w:szCs w:val="24"/>
        </w:rPr>
        <w:t xml:space="preserve"> in caso di acquisto, di rispettare i requisiti relativi alla proprietà di altre unità residenziali e alle condizioni dell’atto di acquisto;</w:t>
      </w:r>
    </w:p>
    <w:p w14:paraId="01DBDB39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Segoe UI Symbol" w:hAnsi="Segoe UI Symbol" w:cs="Segoe UI Symbol"/>
          <w:sz w:val="24"/>
          <w:szCs w:val="24"/>
        </w:rPr>
        <w:t>☐</w:t>
      </w:r>
      <w:r w:rsidRPr="00A01937">
        <w:rPr>
          <w:rFonts w:ascii="Adobe Devanagari" w:hAnsi="Adobe Devanagari" w:cs="Adobe Devanagari"/>
          <w:sz w:val="24"/>
          <w:szCs w:val="24"/>
        </w:rPr>
        <w:t xml:space="preserve"> di impegnarsi al rispetto degli obblighi di residenza, mantenimento della proprietà, divieto di locazione/alienazione e termini dei lavori previsti dal bando;</w:t>
      </w:r>
    </w:p>
    <w:p w14:paraId="6A75D785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Segoe UI Symbol" w:hAnsi="Segoe UI Symbol" w:cs="Segoe UI Symbol"/>
          <w:sz w:val="24"/>
          <w:szCs w:val="24"/>
        </w:rPr>
        <w:t>☐</w:t>
      </w:r>
      <w:r w:rsidRPr="00A01937">
        <w:rPr>
          <w:rFonts w:ascii="Adobe Devanagari" w:hAnsi="Adobe Devanagari" w:cs="Adobe Devanagari"/>
          <w:sz w:val="24"/>
          <w:szCs w:val="24"/>
        </w:rPr>
        <w:t xml:space="preserve"> che l’immobile rispetta le condizioni di conformità urbanistica, edilizia e catastale previste per la tipologia di intervento;</w:t>
      </w:r>
    </w:p>
    <w:p w14:paraId="45DA03E7" w14:textId="77777777" w:rsidR="0091654A" w:rsidRPr="00A01937" w:rsidRDefault="009712B1">
      <w:pPr>
        <w:pStyle w:val="Titolo1"/>
        <w:rPr>
          <w:rFonts w:ascii="Adobe Devanagari" w:hAnsi="Adobe Devanagari" w:cs="Adobe Devanagari"/>
          <w:color w:val="auto"/>
          <w:szCs w:val="24"/>
        </w:rPr>
      </w:pPr>
      <w:r w:rsidRPr="00A01937">
        <w:rPr>
          <w:rFonts w:ascii="Adobe Devanagari" w:hAnsi="Adobe Devanagari" w:cs="Adobe Devanagari"/>
          <w:color w:val="auto"/>
          <w:szCs w:val="24"/>
        </w:rPr>
        <w:t>CRITERI PER L’ATTRIBUZIONE DEL PUNTEGGIO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49"/>
        <w:gridCol w:w="3249"/>
        <w:gridCol w:w="3249"/>
      </w:tblGrid>
      <w:tr w:rsidR="0091654A" w:rsidRPr="00A01937" w14:paraId="4FAFACDB" w14:textId="77777777">
        <w:trPr>
          <w:jc w:val="center"/>
        </w:trPr>
        <w:tc>
          <w:tcPr>
            <w:tcW w:w="3249" w:type="dxa"/>
            <w:shd w:val="clear" w:color="auto" w:fill="D9E2F3"/>
            <w:vAlign w:val="center"/>
          </w:tcPr>
          <w:p w14:paraId="57D485B1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b/>
                <w:sz w:val="24"/>
                <w:szCs w:val="24"/>
              </w:rPr>
              <w:t>Selezione</w:t>
            </w:r>
          </w:p>
        </w:tc>
        <w:tc>
          <w:tcPr>
            <w:tcW w:w="3249" w:type="dxa"/>
            <w:shd w:val="clear" w:color="auto" w:fill="D9E2F3"/>
            <w:vAlign w:val="center"/>
          </w:tcPr>
          <w:p w14:paraId="0F19A9CD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b/>
                <w:sz w:val="24"/>
                <w:szCs w:val="24"/>
              </w:rPr>
              <w:t>Condizione dichiarata</w:t>
            </w:r>
          </w:p>
        </w:tc>
        <w:tc>
          <w:tcPr>
            <w:tcW w:w="3249" w:type="dxa"/>
            <w:shd w:val="clear" w:color="auto" w:fill="D9E2F3"/>
            <w:vAlign w:val="center"/>
          </w:tcPr>
          <w:p w14:paraId="6693D06C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b/>
                <w:sz w:val="24"/>
                <w:szCs w:val="24"/>
              </w:rPr>
              <w:t>Punti</w:t>
            </w:r>
          </w:p>
        </w:tc>
      </w:tr>
      <w:tr w:rsidR="0091654A" w:rsidRPr="00A01937" w14:paraId="1F0505A0" w14:textId="77777777">
        <w:trPr>
          <w:jc w:val="center"/>
        </w:trPr>
        <w:tc>
          <w:tcPr>
            <w:tcW w:w="3249" w:type="dxa"/>
            <w:vAlign w:val="center"/>
          </w:tcPr>
          <w:p w14:paraId="21871D6F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249" w:type="dxa"/>
            <w:vAlign w:val="center"/>
          </w:tcPr>
          <w:p w14:paraId="5780F6ED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Trasferimento residenza in Sardegna da altra regione/estero</w:t>
            </w:r>
          </w:p>
        </w:tc>
        <w:tc>
          <w:tcPr>
            <w:tcW w:w="3249" w:type="dxa"/>
            <w:vAlign w:val="center"/>
          </w:tcPr>
          <w:p w14:paraId="098DC681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30</w:t>
            </w:r>
          </w:p>
        </w:tc>
      </w:tr>
      <w:tr w:rsidR="0091654A" w:rsidRPr="00A01937" w14:paraId="590A0C00" w14:textId="77777777">
        <w:trPr>
          <w:jc w:val="center"/>
        </w:trPr>
        <w:tc>
          <w:tcPr>
            <w:tcW w:w="3249" w:type="dxa"/>
            <w:vAlign w:val="center"/>
          </w:tcPr>
          <w:p w14:paraId="1EB59EE6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249" w:type="dxa"/>
            <w:vAlign w:val="center"/>
          </w:tcPr>
          <w:p w14:paraId="389D93E1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Emigrato sardo o discendente (+ maggiorazione)</w:t>
            </w:r>
          </w:p>
        </w:tc>
        <w:tc>
          <w:tcPr>
            <w:tcW w:w="3249" w:type="dxa"/>
            <w:vAlign w:val="center"/>
          </w:tcPr>
          <w:p w14:paraId="103EECAB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+5</w:t>
            </w:r>
          </w:p>
        </w:tc>
      </w:tr>
      <w:tr w:rsidR="0091654A" w:rsidRPr="00A01937" w14:paraId="374C17C5" w14:textId="77777777">
        <w:trPr>
          <w:jc w:val="center"/>
        </w:trPr>
        <w:tc>
          <w:tcPr>
            <w:tcW w:w="3249" w:type="dxa"/>
            <w:vAlign w:val="center"/>
          </w:tcPr>
          <w:p w14:paraId="717B3875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249" w:type="dxa"/>
            <w:vAlign w:val="center"/>
          </w:tcPr>
          <w:p w14:paraId="1F31E641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Nucleo di nuova formazione</w:t>
            </w:r>
          </w:p>
        </w:tc>
        <w:tc>
          <w:tcPr>
            <w:tcW w:w="3249" w:type="dxa"/>
            <w:vAlign w:val="center"/>
          </w:tcPr>
          <w:p w14:paraId="585B07EE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25</w:t>
            </w:r>
          </w:p>
        </w:tc>
      </w:tr>
      <w:tr w:rsidR="0091654A" w:rsidRPr="00A01937" w14:paraId="14B99801" w14:textId="77777777">
        <w:trPr>
          <w:jc w:val="center"/>
        </w:trPr>
        <w:tc>
          <w:tcPr>
            <w:tcW w:w="3249" w:type="dxa"/>
            <w:vAlign w:val="center"/>
          </w:tcPr>
          <w:p w14:paraId="7D38A007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249" w:type="dxa"/>
            <w:vAlign w:val="center"/>
          </w:tcPr>
          <w:p w14:paraId="006026FB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1 figlio minore</w:t>
            </w:r>
          </w:p>
        </w:tc>
        <w:tc>
          <w:tcPr>
            <w:tcW w:w="3249" w:type="dxa"/>
            <w:vAlign w:val="center"/>
          </w:tcPr>
          <w:p w14:paraId="03C4172C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16</w:t>
            </w:r>
          </w:p>
        </w:tc>
      </w:tr>
      <w:tr w:rsidR="0091654A" w:rsidRPr="00A01937" w14:paraId="1215C218" w14:textId="77777777">
        <w:trPr>
          <w:jc w:val="center"/>
        </w:trPr>
        <w:tc>
          <w:tcPr>
            <w:tcW w:w="3249" w:type="dxa"/>
            <w:vAlign w:val="center"/>
          </w:tcPr>
          <w:p w14:paraId="2F0915DF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249" w:type="dxa"/>
            <w:vAlign w:val="center"/>
          </w:tcPr>
          <w:p w14:paraId="0A98E5D1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2 figli minori</w:t>
            </w:r>
          </w:p>
        </w:tc>
        <w:tc>
          <w:tcPr>
            <w:tcW w:w="3249" w:type="dxa"/>
            <w:vAlign w:val="center"/>
          </w:tcPr>
          <w:p w14:paraId="26B53DEF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18</w:t>
            </w:r>
          </w:p>
        </w:tc>
      </w:tr>
      <w:tr w:rsidR="0091654A" w:rsidRPr="00A01937" w14:paraId="543BAA64" w14:textId="77777777">
        <w:trPr>
          <w:jc w:val="center"/>
        </w:trPr>
        <w:tc>
          <w:tcPr>
            <w:tcW w:w="3249" w:type="dxa"/>
            <w:vAlign w:val="center"/>
          </w:tcPr>
          <w:p w14:paraId="67C3E0C1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249" w:type="dxa"/>
            <w:vAlign w:val="center"/>
          </w:tcPr>
          <w:p w14:paraId="60923FFD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3 o più figli minori</w:t>
            </w:r>
          </w:p>
        </w:tc>
        <w:tc>
          <w:tcPr>
            <w:tcW w:w="3249" w:type="dxa"/>
            <w:vAlign w:val="center"/>
          </w:tcPr>
          <w:p w14:paraId="65ADB668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20</w:t>
            </w:r>
          </w:p>
        </w:tc>
      </w:tr>
      <w:tr w:rsidR="0091654A" w:rsidRPr="00A01937" w14:paraId="3790F434" w14:textId="77777777">
        <w:trPr>
          <w:jc w:val="center"/>
        </w:trPr>
        <w:tc>
          <w:tcPr>
            <w:tcW w:w="3249" w:type="dxa"/>
            <w:vAlign w:val="center"/>
          </w:tcPr>
          <w:p w14:paraId="1004ACC7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249" w:type="dxa"/>
            <w:vAlign w:val="center"/>
          </w:tcPr>
          <w:p w14:paraId="1E64F7BB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Nucleo di 3 componenti</w:t>
            </w:r>
          </w:p>
        </w:tc>
        <w:tc>
          <w:tcPr>
            <w:tcW w:w="3249" w:type="dxa"/>
            <w:vAlign w:val="center"/>
          </w:tcPr>
          <w:p w14:paraId="22808592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10</w:t>
            </w:r>
          </w:p>
        </w:tc>
      </w:tr>
      <w:tr w:rsidR="0091654A" w:rsidRPr="00A01937" w14:paraId="2F9CAFCA" w14:textId="77777777">
        <w:trPr>
          <w:jc w:val="center"/>
        </w:trPr>
        <w:tc>
          <w:tcPr>
            <w:tcW w:w="3249" w:type="dxa"/>
            <w:vAlign w:val="center"/>
          </w:tcPr>
          <w:p w14:paraId="4EF53147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249" w:type="dxa"/>
            <w:vAlign w:val="center"/>
          </w:tcPr>
          <w:p w14:paraId="2F704816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Nucleo di 4 componenti</w:t>
            </w:r>
          </w:p>
        </w:tc>
        <w:tc>
          <w:tcPr>
            <w:tcW w:w="3249" w:type="dxa"/>
            <w:vAlign w:val="center"/>
          </w:tcPr>
          <w:p w14:paraId="018A3EED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12</w:t>
            </w:r>
          </w:p>
        </w:tc>
      </w:tr>
      <w:tr w:rsidR="0091654A" w:rsidRPr="00A01937" w14:paraId="2F0EEB12" w14:textId="77777777">
        <w:trPr>
          <w:jc w:val="center"/>
        </w:trPr>
        <w:tc>
          <w:tcPr>
            <w:tcW w:w="3249" w:type="dxa"/>
            <w:vAlign w:val="center"/>
          </w:tcPr>
          <w:p w14:paraId="291099DF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249" w:type="dxa"/>
            <w:vAlign w:val="center"/>
          </w:tcPr>
          <w:p w14:paraId="7CEBDBE8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Nucleo di 5 o più componenti</w:t>
            </w:r>
          </w:p>
        </w:tc>
        <w:tc>
          <w:tcPr>
            <w:tcW w:w="3249" w:type="dxa"/>
            <w:vAlign w:val="center"/>
          </w:tcPr>
          <w:p w14:paraId="7F605E4F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14</w:t>
            </w:r>
          </w:p>
        </w:tc>
      </w:tr>
      <w:tr w:rsidR="0091654A" w:rsidRPr="00A01937" w14:paraId="2575CEAC" w14:textId="77777777">
        <w:trPr>
          <w:jc w:val="center"/>
        </w:trPr>
        <w:tc>
          <w:tcPr>
            <w:tcW w:w="3249" w:type="dxa"/>
            <w:vAlign w:val="center"/>
          </w:tcPr>
          <w:p w14:paraId="6A5CDA71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249" w:type="dxa"/>
            <w:vAlign w:val="center"/>
          </w:tcPr>
          <w:p w14:paraId="07351724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Richiedente under 40 al 31.12.2026</w:t>
            </w:r>
          </w:p>
        </w:tc>
        <w:tc>
          <w:tcPr>
            <w:tcW w:w="3249" w:type="dxa"/>
            <w:vAlign w:val="center"/>
          </w:tcPr>
          <w:p w14:paraId="1AC57DBF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8</w:t>
            </w:r>
          </w:p>
        </w:tc>
      </w:tr>
      <w:tr w:rsidR="0091654A" w:rsidRPr="00A01937" w14:paraId="35DBC2BE" w14:textId="77777777">
        <w:trPr>
          <w:jc w:val="center"/>
        </w:trPr>
        <w:tc>
          <w:tcPr>
            <w:tcW w:w="3249" w:type="dxa"/>
            <w:vAlign w:val="center"/>
          </w:tcPr>
          <w:p w14:paraId="33865E7F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249" w:type="dxa"/>
            <w:vAlign w:val="center"/>
          </w:tcPr>
          <w:p w14:paraId="44E408F3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Attività produttiva/professionale nel Comune di Mandas</w:t>
            </w:r>
          </w:p>
        </w:tc>
        <w:tc>
          <w:tcPr>
            <w:tcW w:w="3249" w:type="dxa"/>
            <w:vAlign w:val="center"/>
          </w:tcPr>
          <w:p w14:paraId="7B3831CF" w14:textId="48A4AC12" w:rsidR="0091654A" w:rsidRPr="00A01937" w:rsidRDefault="00A01937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>
              <w:rPr>
                <w:rFonts w:ascii="Adobe Devanagari" w:hAnsi="Adobe Devanagari" w:cs="Adobe Devanagari"/>
                <w:sz w:val="24"/>
                <w:szCs w:val="24"/>
              </w:rPr>
              <w:t>2</w:t>
            </w:r>
          </w:p>
        </w:tc>
      </w:tr>
      <w:tr w:rsidR="0091654A" w:rsidRPr="00A01937" w14:paraId="501B5213" w14:textId="77777777">
        <w:trPr>
          <w:jc w:val="center"/>
        </w:trPr>
        <w:tc>
          <w:tcPr>
            <w:tcW w:w="3249" w:type="dxa"/>
            <w:vAlign w:val="center"/>
          </w:tcPr>
          <w:p w14:paraId="4ACAC645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3249" w:type="dxa"/>
            <w:vAlign w:val="center"/>
          </w:tcPr>
          <w:p w14:paraId="60251756" w14:textId="77777777" w:rsidR="0091654A" w:rsidRPr="00A01937" w:rsidRDefault="009712B1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 w:rsidRPr="00A01937">
              <w:rPr>
                <w:rFonts w:ascii="Adobe Devanagari" w:hAnsi="Adobe Devanagari" w:cs="Adobe Devanagari"/>
                <w:sz w:val="24"/>
                <w:szCs w:val="24"/>
              </w:rPr>
              <w:t>Immobile nel Centro Storico oppure esistente al 31.12.1950 secondo il bando</w:t>
            </w:r>
          </w:p>
        </w:tc>
        <w:tc>
          <w:tcPr>
            <w:tcW w:w="3249" w:type="dxa"/>
            <w:vAlign w:val="center"/>
          </w:tcPr>
          <w:p w14:paraId="09FD2905" w14:textId="2FCA57A9" w:rsidR="0091654A" w:rsidRPr="00A01937" w:rsidRDefault="00A01937">
            <w:pPr>
              <w:rPr>
                <w:rFonts w:ascii="Adobe Devanagari" w:hAnsi="Adobe Devanagari" w:cs="Adobe Devanagari"/>
                <w:sz w:val="24"/>
                <w:szCs w:val="24"/>
              </w:rPr>
            </w:pPr>
            <w:r>
              <w:rPr>
                <w:rFonts w:ascii="Adobe Devanagari" w:hAnsi="Adobe Devanagari" w:cs="Adobe Devanagari"/>
                <w:sz w:val="24"/>
                <w:szCs w:val="24"/>
              </w:rPr>
              <w:t>4</w:t>
            </w:r>
          </w:p>
        </w:tc>
      </w:tr>
    </w:tbl>
    <w:p w14:paraId="432871A7" w14:textId="77777777" w:rsidR="0091654A" w:rsidRPr="00A01937" w:rsidRDefault="009712B1">
      <w:pPr>
        <w:pStyle w:val="Titolo1"/>
        <w:rPr>
          <w:rFonts w:ascii="Adobe Devanagari" w:hAnsi="Adobe Devanagari" w:cs="Adobe Devanagari"/>
          <w:color w:val="auto"/>
          <w:szCs w:val="24"/>
        </w:rPr>
      </w:pPr>
      <w:r w:rsidRPr="00A01937">
        <w:rPr>
          <w:rFonts w:ascii="Adobe Devanagari" w:hAnsi="Adobe Devanagari" w:cs="Adobe Devanagari"/>
          <w:color w:val="auto"/>
          <w:szCs w:val="24"/>
        </w:rPr>
        <w:lastRenderedPageBreak/>
        <w:t>ISEE - SOLO AI FINI DELLA PRECEDENZA IN CASO DI PARITÀ</w:t>
      </w:r>
    </w:p>
    <w:p w14:paraId="019CE9D7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Adobe Devanagari" w:hAnsi="Adobe Devanagari" w:cs="Adobe Devanagari"/>
          <w:sz w:val="24"/>
          <w:szCs w:val="24"/>
        </w:rPr>
        <w:t>ISEE ordinario in corso di validità: € ______________________. Il dato sarà utilizzato esclusivamente quale criterio residuale di precedenza secondo il bando.</w:t>
      </w:r>
    </w:p>
    <w:p w14:paraId="7BC38C3B" w14:textId="77777777" w:rsidR="0091654A" w:rsidRPr="00A01937" w:rsidRDefault="009712B1">
      <w:pPr>
        <w:pStyle w:val="Titolo1"/>
        <w:rPr>
          <w:rFonts w:ascii="Adobe Devanagari" w:hAnsi="Adobe Devanagari" w:cs="Adobe Devanagari"/>
          <w:color w:val="auto"/>
          <w:szCs w:val="24"/>
        </w:rPr>
      </w:pPr>
      <w:r w:rsidRPr="00A01937">
        <w:rPr>
          <w:rFonts w:ascii="Adobe Devanagari" w:hAnsi="Adobe Devanagari" w:cs="Adobe Devanagari"/>
          <w:color w:val="auto"/>
          <w:szCs w:val="24"/>
        </w:rPr>
        <w:t>ALLEGATI</w:t>
      </w:r>
    </w:p>
    <w:p w14:paraId="17E7BD4E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Segoe UI Symbol" w:hAnsi="Segoe UI Symbol" w:cs="Segoe UI Symbol"/>
          <w:sz w:val="24"/>
          <w:szCs w:val="24"/>
        </w:rPr>
        <w:t>☐</w:t>
      </w:r>
      <w:r w:rsidRPr="00A01937">
        <w:rPr>
          <w:rFonts w:ascii="Adobe Devanagari" w:hAnsi="Adobe Devanagari" w:cs="Adobe Devanagari"/>
          <w:sz w:val="24"/>
          <w:szCs w:val="24"/>
        </w:rPr>
        <w:t xml:space="preserve"> documento di identità, salvo sottoscrizione digitale;</w:t>
      </w:r>
    </w:p>
    <w:p w14:paraId="305620BE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Segoe UI Symbol" w:hAnsi="Segoe UI Symbol" w:cs="Segoe UI Symbol"/>
          <w:sz w:val="24"/>
          <w:szCs w:val="24"/>
        </w:rPr>
        <w:t>☐</w:t>
      </w:r>
      <w:r w:rsidRPr="00A01937">
        <w:rPr>
          <w:rFonts w:ascii="Adobe Devanagari" w:hAnsi="Adobe Devanagari" w:cs="Adobe Devanagari"/>
          <w:sz w:val="24"/>
          <w:szCs w:val="24"/>
        </w:rPr>
        <w:t xml:space="preserve"> atto definitivo di compravendita o preliminare registrato, se pertinente;</w:t>
      </w:r>
    </w:p>
    <w:p w14:paraId="7332F6D5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Segoe UI Symbol" w:hAnsi="Segoe UI Symbol" w:cs="Segoe UI Symbol"/>
          <w:sz w:val="24"/>
          <w:szCs w:val="24"/>
        </w:rPr>
        <w:t>☐</w:t>
      </w:r>
      <w:r w:rsidRPr="00A01937">
        <w:rPr>
          <w:rFonts w:ascii="Adobe Devanagari" w:hAnsi="Adobe Devanagari" w:cs="Adobe Devanagari"/>
          <w:sz w:val="24"/>
          <w:szCs w:val="24"/>
        </w:rPr>
        <w:t xml:space="preserve"> relazione del tecnico abilitato con descrizione opere, categoria edilizia e stima sommaria dei costi, per gli interventi edilizi;</w:t>
      </w:r>
    </w:p>
    <w:p w14:paraId="0534331B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Segoe UI Symbol" w:hAnsi="Segoe UI Symbol" w:cs="Segoe UI Symbol"/>
          <w:sz w:val="24"/>
          <w:szCs w:val="24"/>
        </w:rPr>
        <w:t>☐</w:t>
      </w:r>
      <w:r w:rsidRPr="00A01937">
        <w:rPr>
          <w:rFonts w:ascii="Adobe Devanagari" w:hAnsi="Adobe Devanagari" w:cs="Adobe Devanagari"/>
          <w:sz w:val="24"/>
          <w:szCs w:val="24"/>
        </w:rPr>
        <w:t xml:space="preserve"> documentazione ufficiale attestante l’esistenza dell’immobile al 31.12.1950, se richiesto il relativo punteggio e l’immobile è fuori dal perimetro del Centro Storico;</w:t>
      </w:r>
    </w:p>
    <w:p w14:paraId="3E9951AD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Segoe UI Symbol" w:hAnsi="Segoe UI Symbol" w:cs="Segoe UI Symbol"/>
          <w:sz w:val="24"/>
          <w:szCs w:val="24"/>
        </w:rPr>
        <w:t>☐</w:t>
      </w:r>
      <w:r w:rsidRPr="00A01937">
        <w:rPr>
          <w:rFonts w:ascii="Adobe Devanagari" w:hAnsi="Adobe Devanagari" w:cs="Adobe Devanagari"/>
          <w:sz w:val="24"/>
          <w:szCs w:val="24"/>
        </w:rPr>
        <w:t xml:space="preserve"> eventuale ulteriore documentazione non autocertificabile necessaria all’istruttoria o ai punteggi.</w:t>
      </w:r>
    </w:p>
    <w:p w14:paraId="1ADF1C89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Adobe Devanagari" w:hAnsi="Adobe Devanagari" w:cs="Adobe Devanagari"/>
          <w:sz w:val="24"/>
          <w:szCs w:val="24"/>
        </w:rPr>
        <w:t>Il/La sottoscritto/a dichiara di aver preso visione del bando rettificato e dell’informativa sul trattamento dei dati personali.</w:t>
      </w:r>
    </w:p>
    <w:p w14:paraId="7C568091" w14:textId="77777777" w:rsidR="0091654A" w:rsidRPr="00A01937" w:rsidRDefault="009712B1">
      <w:pPr>
        <w:rPr>
          <w:rFonts w:ascii="Adobe Devanagari" w:hAnsi="Adobe Devanagari" w:cs="Adobe Devanagari"/>
          <w:sz w:val="24"/>
          <w:szCs w:val="24"/>
        </w:rPr>
      </w:pPr>
      <w:r w:rsidRPr="00A01937">
        <w:rPr>
          <w:rFonts w:ascii="Adobe Devanagari" w:hAnsi="Adobe Devanagari" w:cs="Adobe Devanagari"/>
          <w:sz w:val="24"/>
          <w:szCs w:val="24"/>
        </w:rPr>
        <w:t>Luogo e data __________________________</w:t>
      </w:r>
      <w:r w:rsidRPr="00A01937">
        <w:rPr>
          <w:rFonts w:ascii="Adobe Devanagari" w:hAnsi="Adobe Devanagari" w:cs="Adobe Devanagari"/>
          <w:sz w:val="24"/>
          <w:szCs w:val="24"/>
        </w:rPr>
        <w:br/>
      </w:r>
      <w:r w:rsidRPr="00A01937">
        <w:rPr>
          <w:rFonts w:ascii="Adobe Devanagari" w:hAnsi="Adobe Devanagari" w:cs="Adobe Devanagari"/>
          <w:sz w:val="24"/>
          <w:szCs w:val="24"/>
        </w:rPr>
        <w:br/>
        <w:t>Firma __________________________________________</w:t>
      </w:r>
    </w:p>
    <w:sectPr w:rsidR="0091654A" w:rsidRPr="00A01937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4181674">
    <w:abstractNumId w:val="8"/>
  </w:num>
  <w:num w:numId="2" w16cid:durableId="1274553236">
    <w:abstractNumId w:val="6"/>
  </w:num>
  <w:num w:numId="3" w16cid:durableId="1599292738">
    <w:abstractNumId w:val="5"/>
  </w:num>
  <w:num w:numId="4" w16cid:durableId="1824158568">
    <w:abstractNumId w:val="4"/>
  </w:num>
  <w:num w:numId="5" w16cid:durableId="520779123">
    <w:abstractNumId w:val="7"/>
  </w:num>
  <w:num w:numId="6" w16cid:durableId="1424640817">
    <w:abstractNumId w:val="3"/>
  </w:num>
  <w:num w:numId="7" w16cid:durableId="1981107931">
    <w:abstractNumId w:val="2"/>
  </w:num>
  <w:num w:numId="8" w16cid:durableId="1783959256">
    <w:abstractNumId w:val="1"/>
  </w:num>
  <w:num w:numId="9" w16cid:durableId="1500000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051A"/>
    <w:rsid w:val="0029639D"/>
    <w:rsid w:val="00326F90"/>
    <w:rsid w:val="0091654A"/>
    <w:rsid w:val="00A0193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254CDB"/>
  <w14:defaultImageDpi w14:val="300"/>
  <w15:docId w15:val="{42911692-9994-4254-9551-A2F029A9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00" w:line="252" w:lineRule="auto"/>
    </w:pPr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496</Words>
  <Characters>3067</Characters>
  <Application>Microsoft Office Word</Application>
  <DocSecurity>0</DocSecurity>
  <Lines>61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Nicola Zedda</cp:lastModifiedBy>
  <cp:revision>2</cp:revision>
  <dcterms:created xsi:type="dcterms:W3CDTF">2013-12-23T23:15:00Z</dcterms:created>
  <dcterms:modified xsi:type="dcterms:W3CDTF">2026-08-27T06:48:00Z</dcterms:modified>
  <cp:category/>
</cp:coreProperties>
</file>